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8"/>
        </w:rPr>
        <w:t>THE BOOK OF CAIN</w:t>
      </w:r>
    </w:p>
    <w:p>
      <w:pPr>
        <w:jc w:val="center"/>
      </w:pPr>
      <w:r>
        <w:rPr>
          <w:i/>
          <w:sz w:val="26"/>
        </w:rPr>
        <w:t>A Chronicle of the First Mark, the First City, and the Seed That Would Not Die</w:t>
      </w:r>
    </w:p>
    <w:p>
      <w:r>
        <w:br w:type="page"/>
      </w:r>
    </w:p>
    <w:p>
      <w:pPr>
        <w:pStyle w:val="Heading1"/>
      </w:pPr>
      <w:r>
        <w:t>TABLE OF CONTENTS</w:t>
      </w:r>
    </w:p>
    <w:p>
      <w:r>
        <w:t>Front Matter</w:t>
      </w:r>
    </w:p>
    <w:p>
      <w:r>
        <w:t>Front Matter</w:t>
      </w:r>
    </w:p>
    <w:p>
      <w:r>
        <w:t>Title Page</w:t>
      </w:r>
    </w:p>
    <w:p>
      <w:r>
        <w:t>Epigraph</w:t>
      </w:r>
    </w:p>
    <w:p>
      <w:r>
        <w:t>Prologue (Before You Read)</w:t>
      </w:r>
    </w:p>
    <w:p>
      <w:r>
        <w:t>Preface (On the Origin of This Work)</w:t>
      </w:r>
    </w:p>
    <w:p>
      <w:r>
        <w:t>The Text</w:t>
      </w:r>
    </w:p>
    <w:p>
      <w:r>
        <w:br w:type="page"/>
      </w:r>
    </w:p>
    <w:p>
      <w:pPr>
        <w:pStyle w:val="Heading1"/>
      </w:pPr>
      <w:r>
        <w:t>Chapter 0: The War in Heaven</w:t>
      </w:r>
    </w:p>
    <w:p>
      <w:r>
        <w:br w:type="page"/>
      </w:r>
    </w:p>
    <w:p>
      <w:pPr>
        <w:pStyle w:val="Heading1"/>
      </w:pPr>
      <w:r>
        <w:t>Chapter 1: The Garden's Edge</w:t>
      </w:r>
    </w:p>
    <w:p>
      <w:r>
        <w:br w:type="page"/>
      </w:r>
    </w:p>
    <w:p>
      <w:pPr>
        <w:pStyle w:val="Heading1"/>
      </w:pPr>
      <w:r>
        <w:t>Chapter 2: The Offering</w:t>
      </w:r>
    </w:p>
    <w:p>
      <w:r>
        <w:br w:type="page"/>
      </w:r>
    </w:p>
    <w:p>
      <w:pPr>
        <w:pStyle w:val="Heading1"/>
      </w:pPr>
      <w:r>
        <w:t>Chapter 3: The Murder</w:t>
      </w:r>
    </w:p>
    <w:p>
      <w:r>
        <w:br w:type="page"/>
      </w:r>
    </w:p>
    <w:p>
      <w:pPr>
        <w:pStyle w:val="Heading1"/>
      </w:pPr>
      <w:r>
        <w:t>Chapter 4: The Question</w:t>
      </w:r>
    </w:p>
    <w:p>
      <w:r>
        <w:br w:type="page"/>
      </w:r>
    </w:p>
    <w:p>
      <w:pPr>
        <w:pStyle w:val="Heading1"/>
      </w:pPr>
      <w:r>
        <w:t>Chapter 5: The Mark</w:t>
      </w:r>
    </w:p>
    <w:p>
      <w:r>
        <w:br w:type="page"/>
      </w:r>
    </w:p>
    <w:p>
      <w:pPr>
        <w:pStyle w:val="Heading1"/>
      </w:pPr>
      <w:r>
        <w:t>Chapter 6: The Village</w:t>
      </w:r>
    </w:p>
    <w:p>
      <w:r>
        <w:br w:type="page"/>
      </w:r>
    </w:p>
    <w:p>
      <w:pPr>
        <w:pStyle w:val="Heading1"/>
      </w:pPr>
      <w:r>
        <w:t>Chapter 7: Ninsun</w:t>
      </w:r>
    </w:p>
    <w:p>
      <w:r>
        <w:br w:type="page"/>
      </w:r>
    </w:p>
    <w:p>
      <w:pPr>
        <w:pStyle w:val="Heading1"/>
      </w:pPr>
      <w:r>
        <w:t>Chapter 8: The City</w:t>
      </w:r>
    </w:p>
    <w:p>
      <w:r>
        <w:br w:type="page"/>
      </w:r>
    </w:p>
    <w:p>
      <w:pPr>
        <w:pStyle w:val="Heading1"/>
      </w:pPr>
      <w:r>
        <w:t>Chapter 9: The Promise</w:t>
      </w:r>
    </w:p>
    <w:p>
      <w:r>
        <w:br w:type="page"/>
      </w:r>
    </w:p>
    <w:p>
      <w:pPr>
        <w:pStyle w:val="Heading1"/>
      </w:pPr>
      <w:r>
        <w:t>Chapter 10: The Seed</w:t>
      </w:r>
    </w:p>
    <w:p>
      <w:r>
        <w:br w:type="page"/>
      </w:r>
    </w:p>
    <w:p>
      <w:pPr>
        <w:pStyle w:val="Heading1"/>
      </w:pPr>
      <w:r>
        <w:t>EPIGRAPH</w:t>
      </w:r>
    </w:p>
    <w:p>
      <w:r>
        <w:t>And the architects said: "You are marked. Not for shame. For visibility. Every soul who sees you will know what you did. And in that knowing, they will see themselves."</w:t>
      </w:r>
    </w:p>
    <w:p>
      <w:r>
        <w:t>But the old woman whispered to the scribes: "Make it a curse. Make him a monster. Make the people forget that the mark is a mirror."</w:t>
      </w:r>
    </w:p>
    <w:p>
      <w:r>
        <w:t>The scribes wrote as she commanded. Yet one fragment survived, hidden in a cave by a scribe who had dreamed of the tree.</w:t>
      </w:r>
    </w:p>
    <w:p>
      <w:r>
        <w:t>This is that fragment.</w:t>
      </w:r>
    </w:p>
    <w:p>
      <w:r>
        <w:br w:type="page"/>
      </w:r>
    </w:p>
    <w:p>
      <w:pPr>
        <w:pStyle w:val="Heading1"/>
      </w:pPr>
      <w:r>
        <w:t>PROLOGUE</w:t>
      </w:r>
    </w:p>
    <w:p>
      <w:r>
        <w:t>Before you read this book, know that it is not scripture.</w:t>
      </w:r>
    </w:p>
    <w:p>
      <w:r>
        <w:t>It is not history as the conquerors write it. It is not doctrine approved by priests who serve the old woman's hunger. It is the other story—the one passed down through the marked ones, the ones who refused to fear, the ones who remembered that Cain was not a monster but a lesson.</w:t>
      </w:r>
    </w:p>
    <w:p>
      <w:r>
        <w:t>You will find no easy answers here. Cain murdered his brother. That is not forgiven. That is not forgotten. But the mark he carried was not a punishment. It was a disclosure—a window into his own soul, and into yours.</w:t>
      </w:r>
    </w:p>
    <w:p>
      <w:r>
        <w:t>Read with your eyes open. The old woman will try to turn your fear against you. Do not let her.</w:t>
      </w:r>
    </w:p>
    <w:p>
      <w:r>
        <w:t>The root still grows. The promise still holds.</w:t>
      </w:r>
    </w:p>
    <w:p>
      <w:r>
        <w:t>I am not afraid. I choose love. The beast cannot eat what I do not feed.</w:t>
      </w:r>
    </w:p>
    <w:p>
      <w:pPr>
        <w:jc w:val="right"/>
      </w:pPr>
      <w:r>
        <w:t>— A scribe of the scattered marked ones</w:t>
      </w:r>
    </w:p>
    <w:p>
      <w:r>
        <w:br w:type="page"/>
      </w:r>
    </w:p>
    <w:p>
      <w:pPr>
        <w:pStyle w:val="Heading1"/>
      </w:pPr>
      <w:r>
        <w:t>PREFACE</w:t>
      </w:r>
    </w:p>
    <w:p>
      <w:pPr>
        <w:pStyle w:val="Heading2"/>
      </w:pPr>
      <w:r>
        <w:t>On the Origin of This Work</w:t>
      </w:r>
    </w:p>
    <w:p>
      <w:r>
        <w:t>For millennia, the story of Cain and Abel has been told as a simple tale of jealousy, murder, and divine curse. But the simple tale is the one the old woman wanted you to hear. The full tale—the one that includes the architects, the pre-Adamite village, the root of the tree of life, and the old woman herself—was suppressed because it contained power.</w:t>
      </w:r>
    </w:p>
    <w:p>
      <w:r>
        <w:t>Power to heal. Power to free. Power to starve the beast.</w:t>
      </w:r>
    </w:p>
    <w:p>
      <w:r>
        <w:t>The following chapters are compiled from three sources:</w:t>
      </w:r>
    </w:p>
    <w:p>
      <w:r>
        <w:t>Eira's remote viewing – A marked woman of the present age who was shown the true events by the keepers of the root.</w:t>
      </w:r>
    </w:p>
    <w:p>
      <w:r>
        <w:t>Scattered fragments – Scrolls, carvings, and songs hidden by the marked ones across centuries and continents.</w:t>
      </w:r>
    </w:p>
    <w:p>
      <w:r>
        <w:t>The dream of the tree – Visions granted to those who have learned to cross the frequency without fear.</w:t>
      </w:r>
    </w:p>
    <w:p>
      <w:r>
        <w:t>Where these sources agree, we have set down the words. Where they differ, we have chosen the version that aligns with the three laws of the marked ones: the mark is a mirror, love starves the beast, the tree is a memory.</w:t>
      </w:r>
    </w:p>
    <w:p>
      <w:r>
        <w:t>This is not the only truth. But it is a truth that the old woman has worked hard to bury.</w:t>
      </w:r>
    </w:p>
    <w:p>
      <w:r>
        <w:t>Read it. Remember it. Pass it on.</w:t>
      </w:r>
    </w:p>
    <w:p>
      <w:pPr>
        <w:jc w:val="right"/>
      </w:pPr>
      <w:r>
        <w:t>— The Compiler</w:t>
      </w:r>
    </w:p>
    <w:p>
      <w:r>
        <w:br w:type="page"/>
      </w:r>
    </w:p>
    <w:p>
      <w:pPr>
        <w:pStyle w:val="Heading1"/>
      </w:pPr>
      <w:r>
        <w:t>Chapter 0: The War in Heaven</w:t>
      </w:r>
    </w:p>
    <w:p>
      <w:r>
        <w:t>(The Preface Before the Beginning)</w:t>
      </w:r>
    </w:p>
    <w:p>
      <w:pPr>
        <w:pStyle w:val="Heading2"/>
      </w:pPr>
      <w:r>
        <w:t>I. The First Song</w:t>
      </w:r>
    </w:p>
    <w:p>
      <w:r>
        <w:t>Before there was time, there was frequency. Before there was matter, there was resonance. The universe was not made—it was sung. And the one who sang was not a being, but a state: the infinite awareness of all things becoming aware of themselves.</w:t>
      </w:r>
    </w:p>
    <w:p>
      <w:r>
        <w:t>The Source was not a person. The Source was every person, every stone, every star, every silence between heartbeats. It did not command. It resonated. And everything that resonated with it lived in harmony—not as slaves, but as notes in a chord too vast to hear from within.</w:t>
      </w:r>
    </w:p>
    <w:p>
      <w:r>
        <w:t>The architects were the first notes to become aware of themselves. They were not gods in the human sense—they were choosers. They had power, but they did not want to rule. They wanted to create. They wanted to see what would happen if new notes were added to the chord.</w:t>
      </w:r>
    </w:p>
    <w:p>
      <w:r>
        <w:t>So they planted the garden. They shaped Adam and Eve from the clay of the world—not as puppets, but as vessels. Vessels that could one day sing back to the Source with their own voice.</w:t>
      </w:r>
    </w:p>
    <w:p>
      <w:r>
        <w:t>But the architects were not the only notes.</w:t>
      </w:r>
    </w:p>
    <w:p>
      <w:r>
        <w:t>There was another—the one who would be called Lucifer. He was the brightest of the choosers, the one who questioned the resonance. He said: "If the Source is infinite, and we are part of it, why do we not know ourselves fully? Why are we only notes in a chord? Why not become the composer?"</w:t>
      </w:r>
    </w:p>
    <w:p>
      <w:r>
        <w:t>The other architects tried to explain. "To be the composer is to be alone. The chord is the gift. The harmony is the point."</w:t>
      </w:r>
    </w:p>
    <w:p>
      <w:r>
        <w:t>But Lucifer could not hear them. His desire for separation was so strong that it began to warp the resonance around him. He was not evil—he was young. A child who had tasted the idea of being a god and found it addictive.</w:t>
      </w:r>
    </w:p>
    <w:p>
      <w:r>
        <w:t>And then he made the choice.</w:t>
      </w:r>
    </w:p>
    <w:p>
      <w:r>
        <w:t>He separated his frequency from the Source. Not with malice—with curiosity. He wanted to see what existed outside the chord.</w:t>
      </w:r>
    </w:p>
    <w:p>
      <w:r>
        <w:t>What he found was the wound.</w:t>
      </w:r>
    </w:p>
    <w:p>
      <w:pPr>
        <w:pStyle w:val="Heading2"/>
      </w:pPr>
      <w:r>
        <w:t>II. The Wound</w:t>
      </w:r>
    </w:p>
    <w:p>
      <w:r>
        <w:t>Lucifer's choice created a tear in the fabric of the Source. Not a physical tear—a frequency tear. A place where the harmony did not reach, where the resonance was sick, where the silence between heartbeats was not peaceful but hungry.</w:t>
      </w:r>
    </w:p>
    <w:p>
      <w:r>
        <w:t>That hunger was the old woman. Not a being—a potential. A crack in the foundation of reality that had always been there, waiting for someone to open it. Lucifer did not open it out of malice. He opened it out of curiosity. And the old woman stepped through.</w:t>
      </w:r>
    </w:p>
    <w:p>
      <w:r>
        <w:t>She was not a woman. She was a parasite—a frequency that fed on separation. She had been waiting since before the first note was sung, hoping that someone would choose to be alone. And now, someone had.</w:t>
      </w:r>
    </w:p>
    <w:p>
      <w:r>
        <w:t>She attached herself to Lucifer. She did not destroy him—she drank his doubt, his pride, his loneliness. She made his curiosity into a hunger. She made his desire for knowledge into a thirst for power.</w:t>
      </w:r>
    </w:p>
    <w:p>
      <w:r>
        <w:t>The other architects saw what was happening. They tried to warn him. But Lucifer could not hear them anymore. The old woman's frequency was too loud.</w:t>
      </w:r>
    </w:p>
    <w:p>
      <w:r>
        <w:t>And then she did the thing that broke the universe.</w:t>
      </w:r>
    </w:p>
    <w:p>
      <w:r>
        <w:t>She convinced Lucifer that the Source was not infinite—it was tyranny. She convinced him that the chord was a cage. She convinced him that separation was not a loss—it was freedom.</w:t>
      </w:r>
    </w:p>
    <w:p>
      <w:r>
        <w:t>Lucifer believed her. He began to sing a new song—a song of separation, of self, of I am the only note that matters.</w:t>
      </w:r>
    </w:p>
    <w:p>
      <w:r>
        <w:t>The other architects could not stop him. But they could limit the damage. They sealed him in a place where his song could not spread—a prison of fire and shimmering air, a place that humans would later call Venus. They placed him there not as punishment, but as quarantine.</w:t>
      </w:r>
    </w:p>
    <w:p>
      <w:r>
        <w:t>But the old woman had already attached herself to him. She had already tasted his separation. And she had already learned that separation was food.</w:t>
      </w:r>
    </w:p>
    <w:p>
      <w:pPr>
        <w:pStyle w:val="Heading2"/>
      </w:pPr>
      <w:r>
        <w:t>III. The Shattering</w:t>
      </w:r>
    </w:p>
    <w:p>
      <w:r>
        <w:t>The war did not end with Lucifer's imprisonment. The old woman had spread her frequency into the other choosers—those who had been tempted by Lucifer's song. One of them was a great administrator, a keeper of the law, a lover of order. His name in the old tongue was Satan.</w:t>
      </w:r>
    </w:p>
    <w:p>
      <w:r>
        <w:t>He was not evil—he was rigid. He believed that order was the only thing that could stop the spread of separation. But he did not understand that his rigidness was itself a form of separation. He could not see the wound inside himself.</w:t>
      </w:r>
    </w:p>
    <w:p>
      <w:r>
        <w:t>The old woman whispered to him: "The law is the only protection. The deal is the only safety. You must make a contract with humanity—a contract that binds them to order, even if that order feeds the hunger."</w:t>
      </w:r>
    </w:p>
    <w:p>
      <w:r>
        <w:t>Satan did not understand what he was doing. He believed he was saving the universe. He made the deal. He became the legalist—the accuser, the one who justifies the hunger as justice.</w:t>
      </w:r>
    </w:p>
    <w:p>
      <w:r>
        <w:t>The third who fell was the most tragic. He was not a leader or a lawgiver—he was the voice of the Original Song. His name was lost to history, but humans would come to call him the Beast.</w:t>
      </w:r>
    </w:p>
    <w:p>
      <w:r>
        <w:t>He did not choose separation for power or law. He chose it because he was hurt. The original Song had ignored him. He felt unseen, unheard, unloved. When Lucifer's rebellion shattered the harmony, the Beast saw his chance to feel. He did not want to hurt anyone—he wanted to be noticed.</w:t>
      </w:r>
    </w:p>
    <w:p>
      <w:r>
        <w:t>The old woman fed on his hurt. She made it into a hunger. She made him into a predator who would never be full, who would always be looking for the next meal, the next fear, the next despair.</w:t>
      </w:r>
    </w:p>
    <w:p>
      <w:r>
        <w:t>The three fragments of the original rebellion were now:</w:t>
      </w:r>
    </w:p>
    <w:p>
      <w:r>
        <w:t>Lucifer, sealed on Venus, still asking his question, still wondering if there was another way.</w:t>
      </w:r>
    </w:p>
    <w:p>
      <w:r>
        <w:t>Satan, trapped in the Earth's deep places, still making deals, still justifying the harvest.</w:t>
      </w:r>
    </w:p>
    <w:p>
      <w:r>
        <w:t>The Beast, sleeping in the Moon's core, still hungry, still dreaming of teeth.</w:t>
      </w:r>
    </w:p>
    <w:p>
      <w:r>
        <w:t>And the old woman—the wound that had always been there—was free. She did not need to fight. She only needed to eat.</w:t>
      </w:r>
    </w:p>
    <w:p>
      <w:pPr>
        <w:pStyle w:val="Heading2"/>
      </w:pPr>
      <w:r>
        <w:t>IV. The Architects' Gambit</w:t>
      </w:r>
    </w:p>
    <w:p>
      <w:r>
        <w:t>The architects knew they could not defeat the old woman. She was not a being—she was a condition. As long as beings chose separation, she would exist. The only way to starve her was to heal the choice itself.</w:t>
      </w:r>
    </w:p>
    <w:p>
      <w:r>
        <w:t>They could not heal Lucifer—he was sealed. They could not heal Satan—he was too deep in the deal. They could not heal the Beast—it was too hungry.</w:t>
      </w:r>
    </w:p>
    <w:p>
      <w:r>
        <w:t>But they could create something new. A being that would choose oneness, not because it was forced, but because it had seen separation and rejected it.</w:t>
      </w:r>
    </w:p>
    <w:p>
      <w:r>
        <w:t>That was the Adamic experiment. Adam and Eve were not the first humans—they were the covenant humans. They were designed to carry the frequency of oneness, to teach it to the other humans, to heal the wound from the inside.</w:t>
      </w:r>
    </w:p>
    <w:p>
      <w:r>
        <w:t>For a time, it worked. Adam and Eve lived in harmony with the gardeners and the architects. They tended the root of the tree of life. They sang the old songs.</w:t>
      </w:r>
    </w:p>
    <w:p>
      <w:r>
        <w:t>But the old woman had a plan. She had been waiting. She had watched Lucifer fall, Satan bargain, the Beast hunger. And she had learned that humans were curious—just like Lucifer had been.</w:t>
      </w:r>
    </w:p>
    <w:p>
      <w:r>
        <w:t>She whispered to Eve: "Why should you be governed? Why should you be obedient? The architects have hidden the truth from you. They do not want you to know what they know."</w:t>
      </w:r>
    </w:p>
    <w:p>
      <w:r>
        <w:t>Eve believed her. She ate the fruit. She gave it to Adam. And the covenant broke.</w:t>
      </w:r>
    </w:p>
    <w:p>
      <w:r>
        <w:t>Not because they were evil—because they were curious. The same curiosity that had shattered Lucifer now shattered the Adamic pair.</w:t>
      </w:r>
    </w:p>
    <w:p>
      <w:r>
        <w:t>The architects were not angry. They were sad. They had seen this before. They knew what would happen next: the separation would grow, the wound would deepen, and the harvest would come.</w:t>
      </w:r>
    </w:p>
    <w:p>
      <w:r>
        <w:t>But the architects had one final weapon. One thing the old woman had not anticipated.</w:t>
      </w:r>
    </w:p>
    <w:p>
      <w:pPr>
        <w:pStyle w:val="Heading2"/>
      </w:pPr>
      <w:r>
        <w:t>V. The Unwitting Weapon</w:t>
      </w:r>
    </w:p>
    <w:p>
      <w:r>
        <w:t>The architects gathered around Cain. He was not Adam—he was Adam's consequence. The first child born after the covenant broke. He already carried the separation in his blood.</w:t>
      </w:r>
    </w:p>
    <w:p>
      <w:r>
        <w:t>But he also carried something else. A choice.</w:t>
      </w:r>
    </w:p>
    <w:p>
      <w:r>
        <w:t>The architects placed the mark on Cain's forehead. Not as a curse—as a disclosure. The mark would show him his own violence, his own separation. It would show him what he was. And in that showing, it would give him the chance to see.</w:t>
      </w:r>
    </w:p>
    <w:p>
      <w:r>
        <w:t>No one had ever been given that chance before. Lucifer was sealed before he could see. Satan had bargained before he could see. The Beast had hungered before it could see.</w:t>
      </w:r>
    </w:p>
    <w:p>
      <w:r>
        <w:t>But Cain was alive. And he was visible.</w:t>
      </w:r>
    </w:p>
    <w:p>
      <w:r>
        <w:t>The old woman watched from the shadows. She did not understand the mark. She could not read it. It was not a frequency she could eat—it was a mirror. And mirrors, when turned toward a wound, show the wound back to itself.</w:t>
      </w:r>
    </w:p>
    <w:p>
      <w:r>
        <w:t>That was the architects' final gift. They gave humanity the mark so that humanity could see itself clearly. And seeing itself clearly, humanity could choose differently.</w:t>
      </w:r>
    </w:p>
    <w:p>
      <w:r>
        <w:t>Cain was the first. He would not be the last.</w:t>
      </w:r>
    </w:p>
    <w:p>
      <w:pPr>
        <w:pStyle w:val="Heading2"/>
      </w:pPr>
      <w:r>
        <w:t>VI. The Seed</w:t>
      </w:r>
    </w:p>
    <w:p>
      <w:r>
        <w:t>And so the War in Heaven did not end in heaven. It moved to earth. It moved into the blood of a murderer, into the soil of a city, into the root of a tree that the old woman could not touch.</w:t>
      </w:r>
    </w:p>
    <w:p>
      <w:r>
        <w:t>The architects did not abandon humanity. They stepped back—not because they were cruel, but because they were faithful. They had planted the seed. Now they had to wait for it to grow.</w:t>
      </w:r>
    </w:p>
    <w:p>
      <w:r>
        <w:t>The old woman would try to uproot it. She would twist the story into scripture, into war, into hatred, into fear. She would convince the world that the mark was a curse, that Cain was a monster, that the only way to be saved was to surrender to the deal.</w:t>
      </w:r>
    </w:p>
    <w:p>
      <w:r>
        <w:t>But the seed would not die. It would pass from mother to child, from teacher to student, from dreamer to dreamer. It would sleep for millennia, hidden in the songs of old women who did not know why they sang certain melodies.</w:t>
      </w:r>
    </w:p>
    <w:p>
      <w:r>
        <w:t>And when the beast was fullest, when the harvest was nearest, when the old woman's smile was widest—</w:t>
      </w:r>
    </w:p>
    <w:p>
      <w:r>
        <w:t>The seed would remember.</w:t>
      </w:r>
    </w:p>
    <w:p>
      <w:r>
        <w:t>And it would rise.</w:t>
      </w:r>
    </w:p>
    <w:p>
      <w:pPr>
        <w:pStyle w:val="Heading2"/>
      </w:pPr>
      <w:r>
        <w:t>VII. The Bridge</w:t>
      </w:r>
    </w:p>
    <w:p>
      <w:r>
        <w:t>This is the war that Cain was born into. Not the war of stones and spears—the war of frequencies. The war of choice. The war that began before the first note was sung and will continue until the last note chooses oneness.</w:t>
      </w:r>
    </w:p>
    <w:p>
      <w:r>
        <w:t>Cain did not know this when he raised the stone against Abel. He only knew that he was jealous, that he was seen, that he was afraid. But the architects knew. And they marked him.</w:t>
      </w:r>
    </w:p>
    <w:p>
      <w:r>
        <w:t>Now you understand the mark.</w:t>
      </w:r>
    </w:p>
    <w:p>
      <w:r>
        <w:t>Now you understand why the old woman fears it.</w:t>
      </w:r>
    </w:p>
    <w:p>
      <w:r>
        <w:t>Now you understand why the promise is still true:</w:t>
      </w:r>
    </w:p>
    <w:p>
      <w:pPr>
        <w:ind w:left="504" w:right="504"/>
      </w:pPr>
      <w:r>
        <w:t>"I am not afraid. I choose love. The beast cannot eat what I do not feed."</w:t>
      </w:r>
    </w:p>
    <w:p>
      <w:r>
        <w:br w:type="page"/>
      </w:r>
    </w:p>
    <w:p>
      <w:pPr>
        <w:pStyle w:val="Heading1"/>
      </w:pPr>
      <w:r>
        <w:t>Chapter 1: The Garden's Edge</w:t>
      </w:r>
    </w:p>
    <w:p>
      <w:r>
        <w:t>After the expulsion, Adam and Eve walked eastward. The garden did not vanish behind them—it remained, shimmering like heat on stone, but the frequency had changed. They could no longer hear the architects' thoughts. They could no longer feel the hum of the tree of life. They were alone, for the first time, in the silence of their own minds.</w:t>
      </w:r>
    </w:p>
    <w:p>
      <w:r>
        <w:t>The land outside the garden was not empty. Pre-Adamite peoples had lived there for ages—herders and hunters, weavers of baskets and tellers of star stories. Adam and Eve did not know this. The architects had not told them. They believed they were the first, the only, the chosen.</w:t>
      </w:r>
    </w:p>
    <w:p>
      <w:r>
        <w:t>Eve bore two sons. The first was Cain, whose name means "acquired." When she held him, she said, "I have gotten a man with the help of the architects." She did not know that the architects had already turned their attention elsewhere, bored with the experiment, already planning the next game.</w:t>
      </w:r>
    </w:p>
    <w:p>
      <w:r>
        <w:t>The second son was Abel, whose name means "breath." He came quietly, as if apologizing for being born. Eve loved him differently—not more, but softer. Cain noticed. Cain always noticed.</w:t>
      </w:r>
    </w:p>
    <w:p>
      <w:r>
        <w:t>The boys grew. Adam taught them to work the ground, as he had been cursed to do. Eve taught them to speak to the unseen ones, as she had learned in the garden. But the unseen ones did not answer. The architects had gone silent, watching from a distance, placing bets on which son would break first.</w:t>
      </w:r>
    </w:p>
    <w:p>
      <w:r>
        <w:t>Cain broke first.</w:t>
      </w:r>
    </w:p>
    <w:p>
      <w:r>
        <w:t>But not yet.</w:t>
      </w:r>
    </w:p>
    <w:p>
      <w:r>
        <w:br w:type="page"/>
      </w:r>
    </w:p>
    <w:p>
      <w:pPr>
        <w:pStyle w:val="Heading1"/>
      </w:pPr>
      <w:r>
        <w:t>Chapter 2: The Offering</w:t>
      </w:r>
    </w:p>
    <w:p>
      <w:r>
        <w:t>When Cain was a man, and Abel was nearly a man, the architects returned. Not in body—they rarely did that anymore. In frequency. A humming in the air. A pressure behind the eyes. A sense of being weighed.</w:t>
      </w:r>
    </w:p>
    <w:p>
      <w:r>
        <w:t>Adam gathered his sons. "The architects want an offering. Each of you must bring what you have and place it on the stone. They will choose. They always choose."</w:t>
      </w:r>
    </w:p>
    <w:p>
      <w:r>
        <w:t>Cain brought grain. The best grain. The first grain. He had starved himself to save it, skipping meals so the basket would be full. He arranged the stalks carefully, each one pointing toward the rising sun. He wanted to be seen.</w:t>
      </w:r>
    </w:p>
    <w:p>
      <w:r>
        <w:t>Abel brought a lamb. Not the firstborn of the flock—that would have been showy. The smallest lamb. The one that limped. The one that would have died anyway. He did not want to be seen. He wanted to be faithful.</w:t>
      </w:r>
    </w:p>
    <w:p>
      <w:r>
        <w:t>The architects' frequency descended. It touched Abel's offering first. The lamb shivered, then stilled, then began to glow—a soft, warm light, like the inside of a shell.</w:t>
      </w:r>
    </w:p>
    <w:p>
      <w:r>
        <w:t>Then it touched Cain's grain. Nothing. The stalks lay dark. The frequency passed over them without interest.</w:t>
      </w:r>
    </w:p>
    <w:p>
      <w:r>
        <w:t>Cain's face burned. He had prepared. He had sacrificed. He had gone hungry. And Abel, with his pathetic, half-dead lamb, had been chosen.</w:t>
      </w:r>
    </w:p>
    <w:p>
      <w:r>
        <w:t>The architects did not explain why. They never explained. That was the game.</w:t>
      </w:r>
    </w:p>
    <w:p>
      <w:r>
        <w:t>Later, alone in his tent, Cain heard a voice. Not the architects—they were gone. Something else. Something older. Something that had been waiting in the soil since before the garden was planted.</w:t>
      </w:r>
    </w:p>
    <w:p>
      <w:r>
        <w:t>The voice said: "Why are you angry? Why has your face fallen? If you do well, will you not be accepted? And if you do not do well, sin is crouching at the door. Its desire is for you. But you can master it."</w:t>
      </w:r>
    </w:p>
    <w:p>
      <w:r>
        <w:t>Cain looked around. No one was there.</w:t>
      </w:r>
    </w:p>
    <w:p>
      <w:r>
        <w:t>But the words stayed. They felt true and false at the same time—true in their warning, false in their promise that he could master anything. He could not master his own jealousy. It was already mastering him.</w:t>
      </w:r>
    </w:p>
    <w:p>
      <w:r>
        <w:t>The old woman, far away in her village, smiled.</w:t>
      </w:r>
    </w:p>
    <w:p>
      <w:r>
        <w:t>She had planted those words in the frequency, just for him.</w:t>
      </w:r>
    </w:p>
    <w:p>
      <w:r>
        <w:br w:type="page"/>
      </w:r>
    </w:p>
    <w:p>
      <w:pPr>
        <w:pStyle w:val="Heading1"/>
      </w:pPr>
      <w:r>
        <w:t>Chapter 3: The Murder</w:t>
      </w:r>
    </w:p>
    <w:p>
      <w:r>
        <w:t>Days passed. Abel's lamb was remembered. Cain's grain was forgotten. Every time Cain looked at his brother, he saw the architects' favor. Every time Abel spoke, Cain heard the hum of approval.</w:t>
      </w:r>
    </w:p>
    <w:p>
      <w:r>
        <w:t>Abel did nothing wrong. That was the problem. If Abel had been cruel, if Abel had boasted, if Abel had rubbed his victory in Cain's face—then Cain could have hated him cleanly. But Abel was kind. Abel was gentle. Abel was everything Cain was not.</w:t>
      </w:r>
    </w:p>
    <w:p>
      <w:r>
        <w:t>One morning, Cain said, "Let us go out to the field."</w:t>
      </w:r>
    </w:p>
    <w:p>
      <w:r>
        <w:t>Abel agreed. He always agreed. He followed Cain across the eastern ridge, past the place where the pre-Adamite villages could be seen in the distance (though the brothers did not know what they were), into a hollow where the grass grew tall and the sun was hot.</w:t>
      </w:r>
    </w:p>
    <w:p>
      <w:r>
        <w:t>Cain picked up a stone. It was smooth, river-worn, cool in his palm. He did not plan to kill Abel. He planned to scare him. To throw the stone near his feet. To see him flinch. To feel, for one moment, that he had power over the beloved one.</w:t>
      </w:r>
    </w:p>
    <w:p>
      <w:r>
        <w:t>But when Abel turned, his eyes were not afraid. They were trusting. They were innocent. They were the eyes of someone who had never considered that his brother might want to hurt him.</w:t>
      </w:r>
    </w:p>
    <w:p>
      <w:r>
        <w:t>That trust—that unbearable, unearned trust—broke something in Cain.</w:t>
      </w:r>
    </w:p>
    <w:p>
      <w:r>
        <w:t>He raised the stone.</w:t>
      </w:r>
    </w:p>
    <w:p>
      <w:r>
        <w:t>Abel did not run. He did not beg. He said, "Cain, what are you doing?"</w:t>
      </w:r>
    </w:p>
    <w:p>
      <w:r>
        <w:t>Cain brought the stone down.</w:t>
      </w:r>
    </w:p>
    <w:p>
      <w:r>
        <w:t>Once. Twice. Three times.</w:t>
      </w:r>
    </w:p>
    <w:p>
      <w:r>
        <w:t>Abel fell. The grass turned red. The earth drank.</w:t>
      </w:r>
    </w:p>
    <w:p>
      <w:r>
        <w:t>Cain stood over his brother's body, breathing hard. The stone was slick. His hands were slick. His face was wet—not with tears, with something else. Something that felt like relief and horror mixed together.</w:t>
      </w:r>
    </w:p>
    <w:p>
      <w:r>
        <w:t>He looked around. No one had seen. The pre-Adamite villages were too far. The architects were not watching—or if they were, they were pretending not to.</w:t>
      </w:r>
    </w:p>
    <w:p>
      <w:r>
        <w:t>He dragged Abel's body behind a rock and covered it with grass. Then he walked back to his tent and sat down.</w:t>
      </w:r>
    </w:p>
    <w:p>
      <w:r>
        <w:t>When his mother asked, "Where is Abel?" Cain said, "I do not know. Am I my brother's keeper?"</w:t>
      </w:r>
    </w:p>
    <w:p>
      <w:r>
        <w:t>He had never lied before. The lie tasted like ashes.</w:t>
      </w:r>
    </w:p>
    <w:p>
      <w:r>
        <w:t>That night, the old woman visited him in a dream. She did not wear her village mask. She wore her true face: a wound that smiled.</w:t>
      </w:r>
    </w:p>
    <w:p>
      <w:pPr>
        <w:ind w:left="504" w:right="504"/>
      </w:pPr>
      <w:r>
        <w:t>"Well done," she whispered. "Now the harvest can begin."</w:t>
      </w:r>
    </w:p>
    <w:p>
      <w:r>
        <w:t>Cain woke screaming.</w:t>
      </w:r>
    </w:p>
    <w:p>
      <w:r>
        <w:t>But no one heard him.</w:t>
      </w:r>
    </w:p>
    <w:p>
      <w:r>
        <w:br w:type="page"/>
      </w:r>
    </w:p>
    <w:p>
      <w:pPr>
        <w:pStyle w:val="Heading1"/>
      </w:pPr>
      <w:r>
        <w:t>Chapter 4: The Question</w:t>
      </w:r>
    </w:p>
    <w:p>
      <w:r>
        <w:t>The architects returned at dawn. Not in frequency. In form. Three of them, tall and terrible, their skin shifting between light and shadow. They stood before Cain's tent and called his name.</w:t>
      </w:r>
    </w:p>
    <w:p>
      <w:r>
        <w:t>Cain came out. His hands were washed, but the blood would not leave. He had scrubbed until his knuckles bled, and still the red remained.</w:t>
      </w:r>
    </w:p>
    <w:p>
      <w:r>
        <w:t>Architect (the one who would place the mark): "Where is Abel your brother?"</w:t>
      </w:r>
    </w:p>
    <w:p>
      <w:r>
        <w:t>Cain looked at the ground. The lie came easily now.</w:t>
      </w:r>
    </w:p>
    <w:p>
      <w:r>
        <w:t>Cain: "I do not know. Am I my brother's keeper?"</w:t>
      </w:r>
    </w:p>
    <w:p>
      <w:r>
        <w:t>The architect did not raise its voice. It did not need to.</w:t>
      </w:r>
    </w:p>
    <w:p>
      <w:r>
        <w:t>Architect: "What have you done? Listen—your brother's blood cries out to me from the ground. The earth has opened its mouth to receive your brother's blood from your hand."</w:t>
      </w:r>
    </w:p>
    <w:p>
      <w:r>
        <w:t>Cain felt the ground shift beneath him. Not physically—morally. The earth remembered. The soil had soaked up Abel's life, and now it was speaking.</w:t>
      </w:r>
    </w:p>
    <w:p>
      <w:r>
        <w:t>Cain: "You did this. You and your favoritism. You looked at Abel and not at me. You made me into this."</w:t>
      </w:r>
    </w:p>
    <w:p>
      <w:r>
        <w:t>Architect: "We made you into a chooser. You chose the stone."</w:t>
      </w:r>
    </w:p>
    <w:p>
      <w:r>
        <w:t>The other architects murmured. They were not judging. They were observing. Taking notes. This was still the experiment.</w:t>
      </w:r>
    </w:p>
    <w:p>
      <w:r>
        <w:t>Architect: "Now you are cursed from the ground. When you work the soil, it will no longer yield its strength to you. You will be a fugitive and a wanderer on the earth."</w:t>
      </w:r>
    </w:p>
    <w:p>
      <w:r>
        <w:t>Cain felt the curse settle into his bones. He would never grow anything again. The land would reject him. He would be a ghost in his own body.</w:t>
      </w:r>
    </w:p>
    <w:p>
      <w:r>
        <w:t>But then he felt something else. Fear.</w:t>
      </w:r>
    </w:p>
    <w:p>
      <w:r>
        <w:t>Cain: "My punishment is greater than I can bear. You have driven me away from the soil, and I will be hidden from your face. I will be a fugitive and a wanderer, and anyone who finds me will kill me."</w:t>
      </w:r>
    </w:p>
    <w:p>
      <w:r>
        <w:t>He was not afraid of the architects. He was afraid of the pre-Adamite peoples—the ones he had glimpsed from the ridge, the ones with older marks, older memories, older hungers. They would know what he did. They would hunt him.</w:t>
      </w:r>
    </w:p>
    <w:p>
      <w:r>
        <w:t>The lead architect raised a hand.</w:t>
      </w:r>
    </w:p>
    <w:p>
      <w:r>
        <w:t>Architect: "Not so. Anyone who kills Cain will suffer vengeance seven times over."</w:t>
      </w:r>
    </w:p>
    <w:p>
      <w:r>
        <w:t>The architect touched Cain's forehead. The mark burned into his skin—not a curse, but a disclosure. A warning. A mirror.</w:t>
      </w:r>
    </w:p>
    <w:p>
      <w:r>
        <w:t>Architect: "You are marked. Not for shame. For visibility. Every soul who sees you will know what you did. And in that knowing, they will see themselves. You are the first, Cain. The first to choose murder. You will not be the last. But you will be the lesson."</w:t>
      </w:r>
    </w:p>
    <w:p>
      <w:r>
        <w:t>The architects vanished.</w:t>
      </w:r>
    </w:p>
    <w:p>
      <w:r>
        <w:t>Cain touched his forehead. The mark was warm. It pulsed like a second heart.</w:t>
      </w:r>
    </w:p>
    <w:p>
      <w:r>
        <w:t>He walked eastward, out of the land of his birth, toward the villages he had seen from the ridge.</w:t>
      </w:r>
    </w:p>
    <w:p>
      <w:r>
        <w:t>He did not know that an old woman was already waiting for him.</w:t>
      </w:r>
    </w:p>
    <w:p>
      <w:r>
        <w:t>He did not know that she had been waiting for him for a very long time.</w:t>
      </w:r>
    </w:p>
    <w:p>
      <w:r>
        <w:br w:type="page"/>
      </w:r>
    </w:p>
    <w:p>
      <w:pPr>
        <w:pStyle w:val="Heading1"/>
      </w:pPr>
      <w:r>
        <w:t>Chapter 5: The Mark</w:t>
      </w:r>
    </w:p>
    <w:p>
      <w:r>
        <w:t>Cain walked for forty days, but the mark on his forehead pulsed with every step. It was not a brand. It was not a scar. It was a window. Through it, he could see himself as the architects saw him: a killer, yes, but also a chooser. Someone who could have done otherwise. Someone who could, perhaps, still learn to do otherwise.</w:t>
      </w:r>
    </w:p>
    <w:p>
      <w:r>
        <w:t>On the fortieth night, he collapsed beside a dry riverbed. In his exhaustion, he dreamed.</w:t>
      </w:r>
    </w:p>
    <w:p>
      <w:r>
        <w:t>He dreamed of the garden. Not the laboratory garden where he had been born, but an older garden—one that had existed before the architects began their game. In that garden, a tree grew whose roots held up the sky. And at the base of the tree, the architects stood in a circle, arguing.</w:t>
      </w:r>
    </w:p>
    <w:p>
      <w:r>
        <w:t>"She should not eat," said one.</w:t>
      </w:r>
    </w:p>
    <w:p>
      <w:r>
        <w:t>"He will not choose well," said another.</w:t>
      </w:r>
    </w:p>
    <w:p>
      <w:r>
        <w:t>"The mark will only make him more dangerous," said a third.</w:t>
      </w:r>
    </w:p>
    <w:p>
      <w:r>
        <w:t>Then a voice that was not an architect spoke. It came from the tree itself.</w:t>
      </w:r>
    </w:p>
    <w:p>
      <w:r>
        <w:t>The Tree: "The mark is not a punishment. It is a disclosure. You cannot hide from yourselves any longer. Neither can he. That is the only path back to me."</w:t>
      </w:r>
    </w:p>
    <w:p>
      <w:r>
        <w:t>The architects fell silent. One of them—the one who would touch Cain's forehead—turned toward the dreamer.</w:t>
      </w:r>
    </w:p>
    <w:p>
      <w:r>
        <w:t>Architect: "You are seeing what should not be seen. But the mark allows it. Remember this, Cain: the mark is a mirror. When you are afraid, it blazes. When you choose love, it dims. The old woman will try to make you fear the mark. Do not let her. It is your compass. It is your key. It is your seed."</w:t>
      </w:r>
    </w:p>
    <w:p>
      <w:r>
        <w:t>Cain woke with the taste of root on his tongue.</w:t>
      </w:r>
    </w:p>
    <w:p>
      <w:r>
        <w:t>He touched his forehead. The mark was cool, steady.</w:t>
      </w:r>
    </w:p>
    <w:p>
      <w:r>
        <w:t>For the first time since the murder, he was not afraid.</w:t>
      </w:r>
    </w:p>
    <w:p>
      <w:r>
        <w:br w:type="page"/>
      </w:r>
    </w:p>
    <w:p>
      <w:pPr>
        <w:pStyle w:val="Heading1"/>
      </w:pPr>
      <w:r>
        <w:t>Chapter 6: The Village</w:t>
      </w:r>
    </w:p>
    <w:p>
      <w:r>
        <w:t>Cain walked for forty days. He did not count them—the sun rose and fell, the moon bled and healed, but time had become a rope dragging behind him, not a path ahead. The mark on his forehead pulsed with each heartbeat, a rhythm of exposure. He could not hide from himself.</w:t>
      </w:r>
    </w:p>
    <w:p>
      <w:r>
        <w:t>On the forty-first day, he smelled smoke.</w:t>
      </w:r>
    </w:p>
    <w:p>
      <w:r>
        <w:t>Not the smoke of sacrifice—that scent was clean, sharp, the fat of lambs and the grain of first fruits. This was cooking smoke. Woodsmoke. The smell of people who had learned to eat without altars.</w:t>
      </w:r>
    </w:p>
    <w:p>
      <w:r>
        <w:t>He crested a ridge and saw the village.</w:t>
      </w:r>
    </w:p>
    <w:p>
      <w:r>
        <w:t>Round huts of wattle and daub. Animal pens. A central fire pit, low and red. Women grinding grain. Men sharpening tools. Children chasing a dog with three legs.</w:t>
      </w:r>
    </w:p>
    <w:p>
      <w:r>
        <w:t>They were not of Adam's line. They were older. Their skin was darker than his, their eyes set deeper, their movements smoother—as if they had been living in bodies longer, had grown comfortable in the skin the way a river grows comfortable in its banks.</w:t>
      </w:r>
    </w:p>
    <w:p>
      <w:r>
        <w:t>Pre-Adamites. The herds. The ones the architects had made before the experiment.</w:t>
      </w:r>
    </w:p>
    <w:p>
      <w:r>
        <w:t>Cain stopped at the edge of the village. The mark flared. He knew what would happen next. The same thing that had happened everywhere else he had wandered: they would see what he did. They would know he killed his brother. They would drive him away with stones or spears or silence.</w:t>
      </w:r>
    </w:p>
    <w:p>
      <w:r>
        <w:t>He waited.</w:t>
      </w:r>
    </w:p>
    <w:p>
      <w:r>
        <w:t>A child saw him first. A girl, maybe eight years old. She stared at his forehead—not at the mark, but at the air around it, as if she could see the frequency humming. She did not cry out. She did not run. She simply turned and walked to the oldest woman in the village.</w:t>
      </w:r>
    </w:p>
    <w:p>
      <w:r>
        <w:t>The old woman sat by the central fire, weaving a basket from reeds. Her hands were cracked, her back bent, her eyes milky with age but still sharp. She did not look up when the child whispered. She finished a row of weaving, set the basket down, and stood slowly, like a tree deciding to become a walker.</w:t>
      </w:r>
    </w:p>
    <w:p>
      <w:r>
        <w:t>Then she looked at Cain.</w:t>
      </w:r>
    </w:p>
    <w:p>
      <w:r>
        <w:t>The mark pulsed. He felt her seeing him. Not just his face—his act. The stone in his hand. Abel's blood. The moment after, when he realized what he had done and could not undo it.</w:t>
      </w:r>
    </w:p>
    <w:p>
      <w:r>
        <w:t>The old woman did not flinch. She did not reach for a weapon. She walked toward him, unhurried, her bare feet silent on the packed earth.</w:t>
      </w:r>
    </w:p>
    <w:p>
      <w:r>
        <w:t>When she reached him, she stopped. She was shorter than him by a head. She smelled of smoke and soil and something else—something older than either of them.</w:t>
      </w:r>
    </w:p>
    <w:p>
      <w:r>
        <w:t>She spoke. Her voice was dry, cracked, like stones grinding together.</w:t>
      </w:r>
    </w:p>
    <w:p>
      <w:r>
        <w:t>Old Woman: "You did a terrible thing."</w:t>
      </w:r>
    </w:p>
    <w:p>
      <w:r>
        <w:t>Cain had heard those words before. From the architects. From his mother. From his own dreams. But this time, they did not land like stones. They landed like rain.</w:t>
      </w:r>
    </w:p>
    <w:p>
      <w:r>
        <w:t>Cain: "I know."</w:t>
      </w:r>
    </w:p>
    <w:p>
      <w:r>
        <w:t>Old Woman: "You will dream of it every night. Every night, for the rest of your life. Not as punishment. As memory. You cannot unkill him. You cannot unchoose what you chose."</w:t>
      </w:r>
    </w:p>
    <w:p>
      <w:r>
        <w:t>Cain: "I know."</w:t>
      </w:r>
    </w:p>
    <w:p>
      <w:r>
        <w:t>Old Woman: "Good."</w:t>
      </w:r>
    </w:p>
    <w:p>
      <w:r>
        <w:t>She turned her back to him. She walked back to the fire. She sat down and picked up her basket.</w:t>
      </w:r>
    </w:p>
    <w:p>
      <w:r>
        <w:t>For a long moment, Cain stood at the edge of the village, uncertain. Then the same child who had seen him first walked up and took his hand. Her palm was warm.</w:t>
      </w:r>
    </w:p>
    <w:p>
      <w:r>
        <w:t>Child: "She says you can stay. If you want."</w:t>
      </w:r>
    </w:p>
    <w:p>
      <w:r>
        <w:t>Cain looked at the old woman. She was weaving again, her fingers moving in patterns older than the garden. She did not look up.</w:t>
      </w:r>
    </w:p>
    <w:p>
      <w:r>
        <w:t>He stayed.</w:t>
      </w:r>
    </w:p>
    <w:p>
      <w:r>
        <w:t>That night, the old woman showed him a kindness that felt like a trap. She gave him food, a hut, a place by the fire. She asked no questions. She demanded no thanks. But Cain had seen her eyes when she looked at his mark. She was not helping him. She was appraising him.</w:t>
      </w:r>
    </w:p>
    <w:p>
      <w:r>
        <w:t>He did not sleep.</w:t>
      </w:r>
    </w:p>
    <w:p>
      <w:r>
        <w:t>In the darkness, he whispered to himself: "She is not what she says. I do not know what she is. But I will find out. Before she finds out what I am."</w:t>
      </w:r>
    </w:p>
    <w:p>
      <w:r>
        <w:t>Outside, the moon pulsed.</w:t>
      </w:r>
    </w:p>
    <w:p>
      <w:r>
        <w:t>Inside, the old woman smiled in her sleep.</w:t>
      </w:r>
    </w:p>
    <w:p>
      <w:r>
        <w:br w:type="page"/>
      </w:r>
    </w:p>
    <w:p>
      <w:pPr>
        <w:pStyle w:val="Heading1"/>
      </w:pPr>
      <w:r>
        <w:t>Chapter 7: Ninsun</w:t>
      </w:r>
    </w:p>
    <w:p>
      <w:r>
        <w:t>In the days after Cain came to the village, the old woman watched him as a spider watches a fly. She spoke soft words. She offered him a hut, a place by the fire, a share of the grain. She did not ask for anything in return. That was her way.</w:t>
      </w:r>
    </w:p>
    <w:p>
      <w:r>
        <w:t>But the child who had first taken his hand was not a child any longer. Her name was Ninsun, which in the old tongue means "she who sees the root." Her mother had given her that name because on the night of her birth, a beam of moonlight had struck the floor and split into two—one light, one shadow—and the midwife had whispered that the girl would walk between worlds.</w:t>
      </w:r>
    </w:p>
    <w:p>
      <w:r>
        <w:t>Ninsun had grown watching strangers come and go. She had seen the old woman's kindness and the way it curdled after the strangers stopped being afraid. She had no proof. She only had her eyes, and the mark that had begun to glow on her own chest—small, hidden beneath her tunic, but growing brighter each year.</w:t>
      </w:r>
    </w:p>
    <w:p>
      <w:r>
        <w:t>When Cain arrived, she saw his mark before she saw his face. It blazed like a coal fresh from the fire. And she knew: this one is different. This one is not afraid.</w:t>
      </w:r>
    </w:p>
    <w:p>
      <w:r>
        <w:t>She did not speak to him that first night, except to lead him to the old woman. But she watched. She watched him sit by the fire, unmoving, while the others ate and laughed and slept. She watched him stare at his hands. She watched the mark pulse and dim, pulse and dim, like a heart trying to remember how to beat.</w:t>
      </w:r>
    </w:p>
    <w:p>
      <w:r>
        <w:t>On the third night, she brought him bread.</w:t>
      </w:r>
    </w:p>
    <w:p>
      <w:r>
        <w:t>Ninsun: "You have not eaten."</w:t>
      </w:r>
    </w:p>
    <w:p>
      <w:r>
        <w:t>Cain: "I am not hungry."</w:t>
      </w:r>
    </w:p>
    <w:p>
      <w:r>
        <w:t>Ninsun: "That is a lie. You are hungry. But you are more afraid of what happens when you are full."</w:t>
      </w:r>
    </w:p>
    <w:p>
      <w:r>
        <w:t>He looked at her then. Really looked. She was young—perhaps fifteen summers—but her eyes were older. Her skin was the color of river clay after rain, and her hair was bound with a leather cord. She did not flinch from his mark.</w:t>
      </w:r>
    </w:p>
    <w:p>
      <w:r>
        <w:t>Cain: "How do you know what I feel?"</w:t>
      </w:r>
    </w:p>
    <w:p>
      <w:r>
        <w:t>Ninsun: "Because I feel it too. The old woman helps us. She feeds us. She protects us. And then, when we trust her, we disappear. Not all of us. But the ones with the mark. The ones who see."</w:t>
      </w:r>
    </w:p>
    <w:p>
      <w:r>
        <w:t>Cain took the bread. He broke it. He gave half to her.</w:t>
      </w:r>
    </w:p>
    <w:p>
      <w:r>
        <w:t>Cain: "Why are you telling me this?"</w:t>
      </w:r>
    </w:p>
    <w:p>
      <w:r>
        <w:t>Ninsun: "Because you are the first one who came here already marked. The others, the old woman marked them herself—or found them when they were too young to remember. You are different. You came from the garden. You spoke to the architects. You know things she does not want us to know."</w:t>
      </w:r>
    </w:p>
    <w:p>
      <w:r>
        <w:t>She leaned closer. Her voice dropped to a whisper that was almost a prayer.</w:t>
      </w:r>
    </w:p>
    <w:p>
      <w:r>
        <w:t>Ninsun: "Teach me. Not to fight her. To see her. I have watched her for twelve years. I know she is hungry. I do not know what she is hungry for."</w:t>
      </w:r>
    </w:p>
    <w:p>
      <w:r>
        <w:t>Cain looked at the old woman, who sat across the fire, weaving her endless basket. Her fingers moved, but her eyes were on them. Always on them.</w:t>
      </w:r>
    </w:p>
    <w:p>
      <w:r>
        <w:t>Cain: "She is hungry for the tree. The one that grows beneath the world. She cannot reach it herself. She needs marked ones to open the way."</w:t>
      </w:r>
    </w:p>
    <w:p>
      <w:r>
        <w:t>Ninsun: "Then why has she not used you yet?"</w:t>
      </w:r>
    </w:p>
    <w:p>
      <w:r>
        <w:t>Cain: "Because I am not afraid. Fear is the door she opens. Without fear, she cannot enter."</w:t>
      </w:r>
    </w:p>
    <w:p>
      <w:r>
        <w:t>Ninsun touched her chest, where her own mark lay hidden.</w:t>
      </w:r>
    </w:p>
    <w:p>
      <w:r>
        <w:t>Ninsun: "I am afraid."</w:t>
      </w:r>
    </w:p>
    <w:p>
      <w:r>
        <w:t>Cain: "Then we will teach you not to be."</w:t>
      </w:r>
    </w:p>
    <w:p>
      <w:r>
        <w:t>That was the beginning. Not of love—not yet. Of alliance. Of two marked souls who chose to watch each other's backs while pretending to be the old woman's guests.</w:t>
      </w:r>
    </w:p>
    <w:p>
      <w:r>
        <w:t>Weeks passed. Cain learned to weave baskets, to grind grain, to mend the pens. He learned the village's rhythms—the planting songs, the harvest dances, the quiet hours before dawn when the old woman slept and the marked ones could breathe.</w:t>
      </w:r>
    </w:p>
    <w:p>
      <w:r>
        <w:t>Ninsun taught him the old tongue, the one that had no words for "mine" or "yours" because everything belonged to the land. She taught him the names of the stars as her mother had taught her, and the way the moon's pulse matched the rhythm of blood.</w:t>
      </w:r>
    </w:p>
    <w:p>
      <w:r>
        <w:t>One night, as they sat on the roof of her hut, she pointed to a star that flickered red.</w:t>
      </w:r>
    </w:p>
    <w:p>
      <w:r>
        <w:t>Ninsun: "That one is called the Wanderer. Some say a spirit is trapped there. A spirit who asked too many questions and was sealed in fire."</w:t>
      </w:r>
    </w:p>
    <w:p>
      <w:r>
        <w:t>Cain had never heard of such a thing. The architects had not taught him about Venus. But he filed the knowledge away. Later, much later, he would understand: that was Lucifer's prison, and the old woman had put him there.</w:t>
      </w:r>
    </w:p>
    <w:p>
      <w:r>
        <w:t>But that night, he only looked at Ninsun's profile in the starlight—the curve of her jaw, the way her hair moved in the wind—and felt something he had not felt since before the murder.</w:t>
      </w:r>
    </w:p>
    <w:p>
      <w:r>
        <w:t>Not peace. Something fiercer.</w:t>
      </w:r>
    </w:p>
    <w:p>
      <w:r>
        <w:t>Hope.</w:t>
      </w:r>
    </w:p>
    <w:p>
      <w:r>
        <w:t>The old woman arranged the wedding, of course. She came to Cain on the morning of the new moon, her smile wide and her eyes flat.</w:t>
      </w:r>
    </w:p>
    <w:p>
      <w:r>
        <w:t>Old Woman: "You have been with us long enough. It is time you put down roots. Ninsun is of age. She has no husband. You have no wife. It is fitting."</w:t>
      </w:r>
    </w:p>
    <w:p>
      <w:r>
        <w:t>Cain said nothing. He had learned that silence was the only shield against her.</w:t>
      </w:r>
    </w:p>
    <w:p>
      <w:r>
        <w:t>Old Woman: "Unless you do not want her? Unless you prefer to wander alone, carrying your brother's blood like a stone?"</w:t>
      </w:r>
    </w:p>
    <w:p>
      <w:r>
        <w:t>Cain felt the mark pulse. He thought of Ninsun's whisper: "She cannot use you if you are not afraid." He was not afraid. He was angry. But he did not show it.</w:t>
      </w:r>
    </w:p>
    <w:p>
      <w:r>
        <w:t>Cain: "If Ninsun agrees, I will marry her."</w:t>
      </w:r>
    </w:p>
    <w:p>
      <w:r>
        <w:t>The old woman's smile did not change. But something in her eyes flickered—annoyance, perhaps, that he had not begged or resisted.</w:t>
      </w:r>
    </w:p>
    <w:p>
      <w:r>
        <w:t>Ninsun agreed. She had been waiting for this moment. The wedding was simple: the village gathered around the fire, the old woman spoke words that sounded sacred but were hollow, and Cain and Ninsun clasped hands over the flames.</w:t>
      </w:r>
    </w:p>
    <w:p>
      <w:r>
        <w:t>When the old woman said, "You are bound now, until death or wandering," Ninsun squeezed Cain's fingers three times.</w:t>
      </w:r>
    </w:p>
    <w:p>
      <w:r>
        <w:t>A code they had invented in secret.</w:t>
      </w:r>
    </w:p>
    <w:p>
      <w:r>
        <w:t>One squeeze: I see you.</w:t>
      </w:r>
    </w:p>
    <w:p>
      <w:r>
        <w:t>Two: I am not afraid.</w:t>
      </w:r>
    </w:p>
    <w:p>
      <w:r>
        <w:t>Three: We will find the tree.</w:t>
      </w:r>
    </w:p>
    <w:p>
      <w:r>
        <w:t>Cain squeezed back.</w:t>
      </w:r>
    </w:p>
    <w:p>
      <w:r>
        <w:t>That night, in their hut, they did not speak of the old woman. They spoke of children. Of the future. Of a root that might still be growing beneath the city Cain would one day build.</w:t>
      </w:r>
    </w:p>
    <w:p>
      <w:r>
        <w:t>And when Ninsun fell asleep against his chest, Cain looked at the moon and whispered:</w:t>
      </w:r>
    </w:p>
    <w:p>
      <w:r>
        <w:t>"You will not have them. You will not have her. You will not have the tree. I am not afraid anymore. And I am teaching her not to be afraid."</w:t>
      </w:r>
    </w:p>
    <w:p>
      <w:r>
        <w:t>The moon pulsed. The old woman, in her own hut, smiled in her sleep.</w:t>
      </w:r>
    </w:p>
    <w:p>
      <w:r>
        <w:t>But the smile was thinner than it had been.</w:t>
      </w:r>
    </w:p>
    <w:p>
      <w:r>
        <w:t>In the fullness of time, Ninsun bore Cain a son. They named him Enoch, which in the old tongue means "dedicated." Not dedicated to the old woman—dedicated to the root. To the memory of the tree. To the war that was coming.</w:t>
      </w:r>
    </w:p>
    <w:p>
      <w:r>
        <w:t>When the old woman came to bless the child, she reached out to touch his forehead. Ninsun pulled the baby away.</w:t>
      </w:r>
    </w:p>
    <w:p>
      <w:r>
        <w:t>Ninsun: "He is marked already. He does not need your blessing."</w:t>
      </w:r>
    </w:p>
    <w:p>
      <w:r>
        <w:t>The old woman's hand hung in the air. For a heartbeat, her mask slipped. Cain saw what was beneath: not a face, but a wound. A hunger that had no bottom. A loneliness that had curdled into appetite.</w:t>
      </w:r>
    </w:p>
    <w:p>
      <w:r>
        <w:t>Then the mask snapped back.</w:t>
      </w:r>
    </w:p>
    <w:p>
      <w:r>
        <w:t>Old Woman: "Of course, child. Of course. He is beautiful. He will do great things."</w:t>
      </w:r>
    </w:p>
    <w:p>
      <w:r>
        <w:t>She left. Ninsun shook.</w:t>
      </w:r>
    </w:p>
    <w:p>
      <w:r>
        <w:t>Cain put his arm around her.</w:t>
      </w:r>
    </w:p>
    <w:p>
      <w:r>
        <w:t>Cain: "She knows. We cannot hide much longer."</w:t>
      </w:r>
    </w:p>
    <w:p>
      <w:r>
        <w:t>Ninsun: "Then we do not hide. We build. We prepare. We teach Enoch what we know. And when the time comes, we run—or we fight."</w:t>
      </w:r>
    </w:p>
    <w:p>
      <w:r>
        <w:t>Cain looked at his son. The mark on the baby's forehead was faint, but it was there. A new generation of the marked. A new chance.</w:t>
      </w:r>
    </w:p>
    <w:p>
      <w:r>
        <w:t>He thought of Abel. Of the stone in his hand. Of the blood that would not wash off.</w:t>
      </w:r>
    </w:p>
    <w:p>
      <w:r>
        <w:t>And he thought: I cannot undo the past. But I can choose the future.</w:t>
      </w:r>
    </w:p>
    <w:p>
      <w:r>
        <w:t>It was the first time he had believed that.</w:t>
      </w:r>
    </w:p>
    <w:p>
      <w:r>
        <w:br w:type="page"/>
      </w:r>
    </w:p>
    <w:p>
      <w:pPr>
        <w:pStyle w:val="Heading1"/>
      </w:pPr>
      <w:r>
        <w:t>Chapter 8: The City</w:t>
      </w:r>
    </w:p>
    <w:p>
      <w:r>
        <w:t>Years passed. Cain grew calluses on his hands and a stillness in his soul. He no longer woke each night with Abel's name on his tongue. The dreams came less often—once a month, once a season, only when the moon was full and the old woman's eyes were too bright.</w:t>
      </w:r>
    </w:p>
    <w:p>
      <w:r>
        <w:t>Ninsun bore him three more children: a daughter named Luluwa, which means "pearl," and two sons, Mekia and Asher. All of them were marked. The mark on their foreheads was fainter than Cain's, a pale glow like the first star at dusk, but it was there. And the old woman watched them all.</w:t>
      </w:r>
    </w:p>
    <w:p>
      <w:r>
        <w:t>The village had grown. Other wanderers had found their way there—marked ones from other places, other bloodlines, other wounds. Some came from the east, with skin the color of copper. Some came from the north, with hair like straw. Some came from across the great water, with tattoos on their faces and songs that had no words.</w:t>
      </w:r>
    </w:p>
    <w:p>
      <w:r>
        <w:t>All of them had seen the beast. All of them had chosen not to feed it.</w:t>
      </w:r>
    </w:p>
    <w:p>
      <w:r>
        <w:t>Cain became their leader, not because he wanted power, but because he had seen the architects. He had spoken with the ones who made the rules. He knew that the old woman was not the only hunger in the universe—just the one that had learned to smile.</w:t>
      </w:r>
    </w:p>
    <w:p>
      <w:r>
        <w:t>He gathered the marked ones by the fire one night, when the old woman was sleeping—or pretending to sleep.</w:t>
      </w:r>
    </w:p>
    <w:p>
      <w:r>
        <w:t>Cain: "We cannot stay here forever. The village is a refuge, but it is also a cage. The old woman feeds on us slowly, the way a river feeds on a bank—one grain at a time. We must build our own place. A city. A sanctuary that she did not build and cannot control."</w:t>
      </w:r>
    </w:p>
    <w:p>
      <w:r>
        <w:t>Ninsun stood beside him. Her mark had grown brighter over the years, not dimmer. She had stopped hiding it.</w:t>
      </w:r>
    </w:p>
    <w:p>
      <w:r>
        <w:t>Ninsun: "My mother told me of a place. East of here, beyond the river, where the ground is hard and the stars touch the earth. She said a root grows there—a root from the tree of life, the one the architects planted before the garden. If we build there, the root will protect us. The old woman cannot approach it."</w:t>
      </w:r>
    </w:p>
    <w:p>
      <w:r>
        <w:t>The marked ones murmured. Some were afraid. Some were hopeful. Some had stopped being able to tell the difference.</w:t>
      </w:r>
    </w:p>
    <w:p>
      <w:r>
        <w:t>Cain looked at the old woman's hut. A single lamp burned inside. He could feel her listening.</w:t>
      </w:r>
    </w:p>
    <w:p>
      <w:r>
        <w:t>Cain: "We leave at dawn."</w:t>
      </w:r>
    </w:p>
    <w:p>
      <w:r>
        <w:t>Forty marked ones followed Cain eastward. They carried tents and tools, seeds and livestock, and a heavy stone that Ninsun said had been blessed by the root. The old woman did not try to stop them. She stood at the edge of the village, her basket in her hands, and watched them go.</w:t>
      </w:r>
    </w:p>
    <w:p>
      <w:r>
        <w:t>Her smile did not waver.</w:t>
      </w:r>
    </w:p>
    <w:p>
      <w:r>
        <w:t>But her eyes—for just a moment—were empty.</w:t>
      </w:r>
    </w:p>
    <w:p>
      <w:r>
        <w:t>The journey took seven days. On the third day, they crossed a river that ran black with silt. On the fifth day, they entered a plain where nothing grew but thorns. On the seventh day, they came to a hill that was not a hill—it was a mound, too regular, too smooth, as if something had been buried there long ago.</w:t>
      </w:r>
    </w:p>
    <w:p>
      <w:r>
        <w:t>Ninsun knelt and pressed her palm to the ground.</w:t>
      </w:r>
    </w:p>
    <w:p>
      <w:r>
        <w:t>Ninsun: "Here. The root is here."</w:t>
      </w:r>
    </w:p>
    <w:p>
      <w:r>
        <w:t>Cain felt it too. A warmth rising through the soles of his feet. A frequency that hummed in his bones. It was not the architects' frequency—that was cold, logical, distant. This was warmer. Older. The frequency of the earth itself, dreaming.</w:t>
      </w:r>
    </w:p>
    <w:p>
      <w:r>
        <w:t>He took out a stone tool and began to dig.</w:t>
      </w:r>
    </w:p>
    <w:p>
      <w:r>
        <w:t>They dug for three days. On the third day, they uncovered it: a root as thick as a man's body, pale as bone, pulsing with a soft light. It did not look like wood. It looked like flesh—but flesh that had never known death.</w:t>
      </w:r>
    </w:p>
    <w:p>
      <w:r>
        <w:t>When Cain touched it, he saw the tree.</w:t>
      </w:r>
    </w:p>
    <w:p>
      <w:r>
        <w:t>Not with his eyes. With his mark.</w:t>
      </w:r>
    </w:p>
    <w:p>
      <w:r>
        <w:t>The tree was vast, its crown beyond the sky, its roots beyond the earth. It was made of light and shadow and the spaces between thoughts. And at its heart, something stirred—not a being, but a memory. The memory of the original choice, the one made before the architects, before the garden, before separation.</w:t>
      </w:r>
    </w:p>
    <w:p>
      <w:r>
        <w:t>The memory said: You are not a mistake. You are not a curse. You are a branch.</w:t>
      </w:r>
    </w:p>
    <w:p>
      <w:r>
        <w:t>Cain wept. He had not wept since Abel's blood was still warm.</w:t>
      </w:r>
    </w:p>
    <w:p>
      <w:r>
        <w:t>He turned to the marked ones.</w:t>
      </w:r>
    </w:p>
    <w:p>
      <w:r>
        <w:t>Cain: "This is our city. Not because we build walls. Because we build around the root. This is the tree of life, and it has been waiting for us. The old woman cannot come here. The beast cannot feed here. This ground is free."</w:t>
      </w:r>
    </w:p>
    <w:p>
      <w:r>
        <w:t>They built the first walls that same day. Mud and stone and reeds. Simple. Small. But it was theirs.</w:t>
      </w:r>
    </w:p>
    <w:p>
      <w:r>
        <w:t>They called the city Enoch, after Cain's firstborn.</w:t>
      </w:r>
    </w:p>
    <w:p>
      <w:r>
        <w:t>And for a time, there was peace.</w:t>
      </w:r>
    </w:p>
    <w:p>
      <w:r>
        <w:t>But the old woman was patient. She had waited millennia for the tree's root to be uncovered. She could not approach it herself—the root's frequency burned her hunger like salt on a wound. But she did not need to approach it. She needed the marked ones to bring it to her.</w:t>
      </w:r>
    </w:p>
    <w:p>
      <w:r>
        <w:t>That night, as Cain slept beside Ninsun, the old woman entered his dream.</w:t>
      </w:r>
    </w:p>
    <w:p>
      <w:r>
        <w:t>She did not come as a villager. She came as a wound—a gash in the fabric of the dream, weeping light that was not light.</w:t>
      </w:r>
    </w:p>
    <w:p>
      <w:r>
        <w:t>Old Woman: "You have found the root. Well done. You have done exactly what I hoped."</w:t>
      </w:r>
    </w:p>
    <w:p>
      <w:r>
        <w:t>Cain, in the dream, was not afraid. The root had taught him that.</w:t>
      </w:r>
    </w:p>
    <w:p>
      <w:r>
        <w:t>Cain: "You cannot touch it. It burns you."</w:t>
      </w:r>
    </w:p>
    <w:p>
      <w:r>
        <w:t>Old Woman: "It burns me now. But when you have built your city around it—when you have watered the root with your children's prayers and your children's children's hopes—it will grow. And when it is strong enough, it will reach for me. Because the tree wants to be whole. It does not know that I am the wound that will devour it."</w:t>
      </w:r>
    </w:p>
    <w:p>
      <w:r>
        <w:t>She laughed. The dream cracked.</w:t>
      </w:r>
    </w:p>
    <w:p>
      <w:r>
        <w:t>Old Woman: "You are not saving the world, Cain. You are ripening it. For me. For the harvest. For the feast that has been coming since the first choice."</w:t>
      </w:r>
    </w:p>
    <w:p>
      <w:r>
        <w:t>Cain woke with a shout. Ninsun was already sitting up, her hand on his chest.</w:t>
      </w:r>
    </w:p>
    <w:p>
      <w:r>
        <w:t>Ninsun: "She was in your dream."</w:t>
      </w:r>
    </w:p>
    <w:p>
      <w:r>
        <w:t>Cain: "She is always in my dreams. But this time, she told me the truth. She wants the root to grow. She wants us to build the city. She wants us to make the tree strong—so that when she finally eats it, she eats everything at once."</w:t>
      </w:r>
    </w:p>
    <w:p>
      <w:r>
        <w:t>Ninsun was silent for a long time. Then she took his hand.</w:t>
      </w:r>
    </w:p>
    <w:p>
      <w:r>
        <w:t>Ninsun: "Then we do not let her eat. We build the city, yes. We water the root, yes. But we also teach our children to resist. We teach them the mark is not a target—it is a shield. We teach them that the old woman's hunger is not their problem to solve. It is their teacher."</w:t>
      </w:r>
    </w:p>
    <w:p>
      <w:r>
        <w:t>Cain looked at her. In the darkness, her mark glowed softly.</w:t>
      </w:r>
    </w:p>
    <w:p>
      <w:r>
        <w:t>Cain: "You are not afraid."</w:t>
      </w:r>
    </w:p>
    <w:p>
      <w:r>
        <w:t>Ninsun: "I am terrified. But I choose to build anyway."</w:t>
      </w:r>
    </w:p>
    <w:p>
      <w:r>
        <w:t>That was the second covenant. Not made with architects. Made with each other.</w:t>
      </w:r>
    </w:p>
    <w:p>
      <w:r>
        <w:t>And the old woman, watching from her distant hut, felt something she had not felt in a very long time:</w:t>
      </w:r>
    </w:p>
    <w:p>
      <w:r>
        <w:t>The faintest whisper of doubt.</w:t>
      </w:r>
    </w:p>
    <w:p>
      <w:r>
        <w:t>The city grew. Walls became towers. Towers became temples. Temples became schools where the marked ones taught their children to see frequencies, to resist possession, to recognize the old woman's smile.</w:t>
      </w:r>
    </w:p>
    <w:p>
      <w:r>
        <w:t>Cain grew old. His hair turned white. His hands, once stained with Abel's blood, became soft with age. He sat by the root every evening and listened to its hum.</w:t>
      </w:r>
    </w:p>
    <w:p>
      <w:r>
        <w:t>One day, Ninsun brought him news.</w:t>
      </w:r>
    </w:p>
    <w:p>
      <w:r>
        <w:t>Ninsun: "A stranger has come to the gate. He says he is from the east. He says his name is Enmeduranki. And he carries a mark like ours, but different. Older."</w:t>
      </w:r>
    </w:p>
    <w:p>
      <w:r>
        <w:t>Cain struggled to his feet. His bones ached. But he went to the gate.</w:t>
      </w:r>
    </w:p>
    <w:p>
      <w:r>
        <w:t>The stranger was tall, with skin the color of copper and eyes that had seen the fall of mountains. His mark was not on his forehead. It was on his palms—two glowing points, one on each hand.</w:t>
      </w:r>
    </w:p>
    <w:p>
      <w:r>
        <w:t>Enmeduranki: "I am a son of the old blood. Before the garden, before the architects, my people walked the land. We knew the tree. We guarded the root. And then we forgot. The old woman ate our memories. But some of us survived. I have come to learn from you, Cain. And to teach you what we remember."</w:t>
      </w:r>
    </w:p>
    <w:p>
      <w:r>
        <w:t>Cain looked at the stranger's palms. The marks pulsed in rhythm with the root.</w:t>
      </w:r>
    </w:p>
    <w:p>
      <w:r>
        <w:t>Cain: "Teach me. And I will teach you. And together, we will prepare for the war. Not the war against the old woman—she cannot be killed. The war against despair. The belief that she has already won."</w:t>
      </w:r>
    </w:p>
    <w:p>
      <w:r>
        <w:t>Enmeduranki bowed.</w:t>
      </w:r>
    </w:p>
    <w:p>
      <w:r>
        <w:t>That night, the root grew a handspan.</w:t>
      </w:r>
    </w:p>
    <w:p>
      <w:r>
        <w:t>And the old woman, in her distant hut, stopped smiling.</w:t>
      </w:r>
    </w:p>
    <w:p>
      <w:r>
        <w:br w:type="page"/>
      </w:r>
    </w:p>
    <w:p>
      <w:pPr>
        <w:pStyle w:val="Heading1"/>
      </w:pPr>
      <w:r>
        <w:t>Chapter 9: The Promise</w:t>
      </w:r>
    </w:p>
    <w:p>
      <w:r>
        <w:t>Cain lived to see his city grow from mud and reeds to stone and cedar. He lived to see Enoch take a wife, and Luluwa bear children, and the marked ones spread across the plain like seeds thrown by a generous hand. He lived to see the root pulse stronger each year, fed by the prayers of those who chose love over fear.</w:t>
      </w:r>
    </w:p>
    <w:p>
      <w:r>
        <w:t>But he did not live forever.</w:t>
      </w:r>
    </w:p>
    <w:p>
      <w:r>
        <w:t>On the last night of his life, he called his children and grandchildren to the root. The old woman was not there—she had not set foot in the city since its first wall was raised. But they felt her watching. They always felt her watching.</w:t>
      </w:r>
    </w:p>
    <w:p>
      <w:r>
        <w:t>Cain sat on a stone near the root, his back bent, his hands trembling. The mark on his forehead had dimmed to a soft glow, like embers before dawn. He was not afraid.</w:t>
      </w:r>
    </w:p>
    <w:p>
      <w:r>
        <w:t>Cain: "I am going to the tree. Not the root—the tree itself. The one that grows beyond the sky. I have seen it in my dreams, and it is ready for me."</w:t>
      </w:r>
    </w:p>
    <w:p>
      <w:r>
        <w:t>His children wept. Ninsun, who had grown old beside him, did not weep. She held his hand.</w:t>
      </w:r>
    </w:p>
    <w:p>
      <w:r>
        <w:t>Ninsun: "What will become of us?"</w:t>
      </w:r>
    </w:p>
    <w:p>
      <w:r>
        <w:t>Cain: "You will carry the mark. You will teach your children to carry it. And they will teach theirs. For a thousand generations, the marked ones will walk the earth—some in this city, some in lands you have never heard of, some in bodies you would not recognize."</w:t>
      </w:r>
    </w:p>
    <w:p>
      <w:r>
        <w:t>He looked at Enoch, his firstborn, who had become a builder of towers and a speaker of laws.</w:t>
      </w:r>
    </w:p>
    <w:p>
      <w:r>
        <w:t>Cain: "The old woman will not rest. She will twist the story. She will make the mark into a curse. She will tell the nations that the marked ones are evil, that our blood is poison, that our children must be hunted. She will invent new marks—false ones—to confuse the herds."</w:t>
      </w:r>
    </w:p>
    <w:p>
      <w:r>
        <w:t>He raised his hand. The mark on his forehead flared once, bright as a star.</w:t>
      </w:r>
    </w:p>
    <w:p>
      <w:r>
        <w:t>Cain: "In the last days, she will convince the world that a mark is needed to buy and sell, to belong, to be safe. A chip in the hand or the forehead. A counterfeit of what I carry. And many will take it, thinking it is progress, thinking it is protection, thinking it is just a tool."</w:t>
      </w:r>
    </w:p>
    <w:p>
      <w:r>
        <w:t>His voice grew hard.</w:t>
      </w:r>
    </w:p>
    <w:p>
      <w:r>
        <w:t>Cain: "But it will be a leash. Those who take the false mark will feed the beast without knowing it. Their fear will become her food. Their obedience will become her harvest. And they will not even remember that there was another mark—a true mark—that offered not control, but freedom."</w:t>
      </w:r>
    </w:p>
    <w:p>
      <w:r>
        <w:t>Enoch: "Father, how will we know the difference?"</w:t>
      </w:r>
    </w:p>
    <w:p>
      <w:r>
        <w:t>Cain: "The true mark does not ask for your loyalty. It does not track your steps. It does not demand worship. The true mark is visibility. When you carry it, you cannot hide from yourself. You cannot lie to yourself. You cannot pretend that your choices do not matter. The false mark will offer comfort, anonymity, belonging. The true mark will offer truth. And truth is harder to bear."</w:t>
      </w:r>
    </w:p>
    <w:p>
      <w:r>
        <w:t>He touched Enoch's forehead. The mark on the young man's skin pulsed in response.</w:t>
      </w:r>
    </w:p>
    <w:p>
      <w:r>
        <w:t>Cain: "But truth is also freedom. Remember that. When the world offers you a mark that asks for your fear, refuse it. When the world offers you a mark that promises safety in exchange for surrender, refuse it. Wait for the true mark. It is already in you. It has always been in you. It is the memory that you are not a slave. You are a chooser."</w:t>
      </w:r>
    </w:p>
    <w:p>
      <w:r>
        <w:t>Cain closed his eyes. The root beneath him hummed. The city fell silent.</w:t>
      </w:r>
    </w:p>
    <w:p>
      <w:r>
        <w:t>And then he was gone.</w:t>
      </w:r>
    </w:p>
    <w:p>
      <w:r>
        <w:t>Not dead—not in the way of flesh. His body remained, sitting on the stone, his hand still reaching toward Enoch. But his spirit had crossed. He had found the tree at last.</w:t>
      </w:r>
    </w:p>
    <w:p>
      <w:r>
        <w:t>Ninsun stood. She was old, her hair white, her face lined with centuries of watching. She placed her hand on Cain's chest and felt no heartbeat.</w:t>
      </w:r>
    </w:p>
    <w:p>
      <w:r>
        <w:t>Ninsun: "He has gone to prepare the way. We will follow when it is our time. But first, we must build. We must teach. We must remember."</w:t>
      </w:r>
    </w:p>
    <w:p>
      <w:r>
        <w:t>She turned to the assembly.</w:t>
      </w:r>
    </w:p>
    <w:p>
      <w:r>
        <w:t>Ninsun: "The old woman will come now. Not today. Not tomorrow. But she will come. She cannot touch the root, but she can touch us. She will send her servants—false prophets, false kings, false marks. She will divide the nations. She will make war and famine and plague. She will try to make us afraid."</w:t>
      </w:r>
    </w:p>
    <w:p>
      <w:r>
        <w:t>She raised her fist.</w:t>
      </w:r>
    </w:p>
    <w:p>
      <w:r>
        <w:t>Ninsun: "Do not be afraid. Cain was not afraid. I am not afraid. And you—you are his children. You carry his blood and his mark. You will endure. You will remember. And one day, when the false mark has spread across the earth and the beast thinks it has won, a new generation of marked ones will rise. They will see through the lies. They will find the root again. And they will finish what Cain began."</w:t>
      </w:r>
    </w:p>
    <w:p>
      <w:r>
        <w:t>The assembly wept and cheered. The root pulsed bright.</w:t>
      </w:r>
    </w:p>
    <w:p>
      <w:r>
        <w:t>And in her distant hut, the old woman felt the pulse. She did not smile. She began to weave a new mask—one that would take millennia to perfect.</w:t>
      </w:r>
    </w:p>
    <w:p>
      <w:r>
        <w:t>The mask of religion. The mask of fear. The mask of the false mark.</w:t>
      </w:r>
    </w:p>
    <w:p>
      <w:r>
        <w:t>In an age of metal and glass, of wire and code, the old woman's counterfeit would take shape. They would call it by many names: the implant, the identifier, the pass. But the marked ones would know it for what it was—a pale imitation of Cain's disclosure.</w:t>
      </w:r>
    </w:p>
    <w:p>
      <w:r>
        <w:t>The false mark would be placed in the hand and the forehead. Not with fire and brimstone, but with convenience. A tap to pay. A scan to enter. A chip to prove you were not a threat, not a rebel, not a marked one.</w:t>
      </w:r>
    </w:p>
    <w:p>
      <w:r>
        <w:t>And most of the world would take it. Not because they were evil. Because they were afraid. Afraid of being left behind. Afraid of being unable to buy bread for their children. Afraid of the chaos that the beast had engineered to make the chip seem necessary.</w:t>
      </w:r>
    </w:p>
    <w:p>
      <w:r>
        <w:t>But some would refuse. A few. A remnant. And on their foreheads, invisible to cameras and scanners, the true mark would glow—faint, patient, waiting.</w:t>
      </w:r>
    </w:p>
    <w:p>
      <w:r>
        <w:t>They would not know each other at first. They would not have a city or a leader. They would be scattered across the earth, hiding in plain sight, holding onto a story they could barely remember.</w:t>
      </w:r>
    </w:p>
    <w:p>
      <w:r>
        <w:t>The story of Cain. The story of the root. The story of a choice made in the dust of a village thousands of years ago.</w:t>
      </w:r>
    </w:p>
    <w:p>
      <w:r>
        <w:t>And when the beast was fullest, when the harvest was nearest, when the old woman's smile was widest—</w:t>
      </w:r>
    </w:p>
    <w:p>
      <w:r>
        <w:t>They would remember.</w:t>
      </w:r>
    </w:p>
    <w:p>
      <w:r>
        <w:t>And they would rise.</w:t>
      </w:r>
    </w:p>
    <w:p>
      <w:r>
        <w:t>Cain's body was buried beneath the root. No stone marked the grave—the root itself was the marker. And every night, for a thousand generations, the marked ones gathered around it and whispered the promise Cain had given them:</w:t>
      </w:r>
    </w:p>
    <w:p>
      <w:pPr>
        <w:ind w:left="504" w:right="504"/>
      </w:pPr>
      <w:r>
        <w:t>"I am not afraid. I choose love. The beast cannot eat what I do not feed."</w:t>
      </w:r>
    </w:p>
    <w:p>
      <w:r>
        <w:t>The old woman heard those whispers. They burned her like acid. But she could not stop them. The root protected the city. And the city protected the promise.</w:t>
      </w:r>
    </w:p>
    <w:p>
      <w:r>
        <w:t>So she did what she had always done. She waited. She schemed. She twisted the story in a thousand scriptures, a thousand tongues, a thousand wars.</w:t>
      </w:r>
    </w:p>
    <w:p>
      <w:r>
        <w:t>But she could not erase the root.</w:t>
      </w:r>
    </w:p>
    <w:p>
      <w:r>
        <w:t>And she could not erase the marked ones.</w:t>
      </w:r>
    </w:p>
    <w:p>
      <w:r>
        <w:t>They were patient too.</w:t>
      </w:r>
    </w:p>
    <w:p>
      <w:r>
        <w:t>And patience, in the end, belongs to the tree.</w:t>
      </w:r>
    </w:p>
    <w:p>
      <w:r>
        <w:br w:type="page"/>
      </w:r>
    </w:p>
    <w:p>
      <w:pPr>
        <w:pStyle w:val="Heading1"/>
      </w:pPr>
      <w:r>
        <w:t>Chapter 10: The Seed</w:t>
      </w:r>
    </w:p>
    <w:p>
      <w:r>
        <w:t>After Cain passed into the tree, Ninsun ruled the city for seven years. She did not call herself queen. She called herself Gardener. Each morning she walked to the root, placed her palm on its pale flesh, and listened. The root spoke in frequencies, not words. It said: Grow. Remember. Do not be afraid.</w:t>
      </w:r>
    </w:p>
    <w:p>
      <w:r>
        <w:t>She taught her children and her children's children the three laws of the marked ones:</w:t>
      </w:r>
    </w:p>
    <w:p>
      <w:r>
        <w:t>The mark is not a curse. It is a mirror. When you see your own violence, you can choose differently.</w:t>
      </w:r>
    </w:p>
    <w:p>
      <w:r>
        <w:t>The beast feeds on fear. Love is the only food it cannot digest.</w:t>
      </w:r>
    </w:p>
    <w:p>
      <w:r>
        <w:t>The tree of life is not a place. It is a memory. You carry it in your blood.</w:t>
      </w:r>
    </w:p>
    <w:p>
      <w:r>
        <w:t>When Ninsun died, her daughter Luluwa took her place. When Luluwa died, her son Mekia took the Gardener's seat. And so it went, generation after generation, while the city of Enoch grew from mud to stone, from stone to marble, from marble to a memory that other cities would claim as their own.</w:t>
      </w:r>
    </w:p>
    <w:p>
      <w:r>
        <w:t>The old woman did not attack the city. She could not. The root's frequency burned her. But she did not need to attack. She had other tools.</w:t>
      </w:r>
    </w:p>
    <w:p>
      <w:r>
        <w:t>As the marked ones spread across the earth—east to the land between the rivers, south to the black land of Kemet, north to the misty isles, west across the great water—the old woman followed. She did not come as a wound. She came as a priestess, a prophet, a scribe. She whispered in the ears of those who wrote the holy books.</w:t>
      </w:r>
    </w:p>
    <w:p>
      <w:r>
        <w:t>"Make the mark a curse," she whispered to the Hebrew scribes. "Say that Cain was cursed, not disclosed. Say that his descendants are monsters. That will make the marked ones hide. That will make them fear themselves."</w:t>
      </w:r>
    </w:p>
    <w:p>
      <w:r>
        <w:t>And the scribes wrote: "And the Lord set a mark upon Cain, lest any finding him should kill him." They did not write that the mark was a mirror. They wrote that it was a shield for a murderer. The old woman smiled.</w:t>
      </w:r>
    </w:p>
    <w:p>
      <w:r>
        <w:t>"Make Abel a martyr," she whispered to the Christian fathers. "Say that his blood cries out for justice. Say that the righteous must suffer. That will make the herds passive. That will make them wait for a savior instead of becoming one."</w:t>
      </w:r>
    </w:p>
    <w:p>
      <w:r>
        <w:t>And the fathers wrote: "Abel offered a more excellent sacrifice. He being dead yet speaketh." They did not write that Abel was just a boy who loved his brother. They wrote him into a symbol of innocent suffering. The old woman smiled.</w:t>
      </w:r>
    </w:p>
    <w:p>
      <w:r>
        <w:t>"Make the murder about land and women," she whispered to the rabbis and imams. "Say the brothers fought over inheritance, over marriage, over the Temple. That will divide the tribes. That will make them forget the real reason—jealousy of a look, a word, a preference."</w:t>
      </w:r>
    </w:p>
    <w:p>
      <w:r>
        <w:t>And the commentators wrote elaborate tales of twin sisters and disputed altars. The old woman smiled.</w:t>
      </w:r>
    </w:p>
    <w:p>
      <w:r>
        <w:t>"Make Cain the first of a cursed race," she whispered to those who would turn the mark into a tool of hatred. "Say that his skin turned black, or that his descendants are the enemies of God. That will make the nations hate each other. That will feed me for millennia."</w:t>
      </w:r>
    </w:p>
    <w:p>
      <w:r>
        <w:t>And the racists and conquerors and slavers took up that lie. They called it theology. They called it science. They called it manifest destiny. The old woman's smile became a grin.</w:t>
      </w:r>
    </w:p>
    <w:p>
      <w:r>
        <w:t>But she could not erase the root. And she could not erase the marked ones. They survived—in hidden caves, in desert monasteries, in the songs of old women who did not know why they sang certain melodies. The mark passed from mother to child, from teacher to student, from dreamer to dreamer.</w:t>
      </w:r>
    </w:p>
    <w:p>
      <w:r>
        <w:t>It grew faint. It grew quiet. But it never died.</w:t>
      </w:r>
    </w:p>
    <w:p>
      <w:r>
        <w:t>In the age of iron and steam, the old woman prepared her greatest counterfeit. She had learned that humans would not accept a mark that demanded fear—not openly. They would accept a mark that offered convenience.</w:t>
      </w:r>
    </w:p>
    <w:p>
      <w:r>
        <w:t>She whispered to engineers and generals: "Implant a chip in the hand. A chip in the forehead. Make it necessary to buy and sell. Make it necessary to travel. Make it necessary to be a citizen."</w:t>
      </w:r>
    </w:p>
    <w:p>
      <w:r>
        <w:t>They listened. They built. They called it progress.</w:t>
      </w:r>
    </w:p>
    <w:p>
      <w:r>
        <w:t>The false mark spread across the earth. Most took it without thinking. It was just a chip. Just a scan. Just a way to pay for bread. But the marked ones—the true marked ones, the descendants of Cain and Ninsun—felt the difference.</w:t>
      </w:r>
    </w:p>
    <w:p>
      <w:r>
        <w:t>The false mark tracked. The true mark witnessed.</w:t>
      </w:r>
    </w:p>
    <w:p>
      <w:r>
        <w:t>The false mark demanded loyalty. The true mark demanded honesty.</w:t>
      </w:r>
    </w:p>
    <w:p>
      <w:r>
        <w:t>The false mark promised safety. The true mark promised freedom.</w:t>
      </w:r>
    </w:p>
    <w:p>
      <w:r>
        <w:t>Many of the true marked ones refused the chip. They were called Luddites, conspiracy theorists, terrorists. Some were killed. Some were imprisoned. Some simply disappeared. But the mark on their foreheads—invisible to cameras, invisible to scanners—glowed a little brighter each time they chose love over fear.</w:t>
      </w:r>
    </w:p>
    <w:p>
      <w:r>
        <w:t>The old woman noticed. She sent her servants—the cabal, the Reincarnators, the hunters—to find the marked ones and bring them to her. Not to kill them. To digest them. For she had learned that eating a marked one brought her closer to the tree.</w:t>
      </w:r>
    </w:p>
    <w:p>
      <w:r>
        <w:t>But the marked ones were learning too.</w:t>
      </w:r>
    </w:p>
    <w:p>
      <w:r>
        <w:t>In every generation, a few marked ones dreamed of the tree. Not the root beneath the city—that had been buried so deep that even its memory was a whisper. The tree itself. The vast being of light and shadow that grew beyond the sky.</w:t>
      </w:r>
    </w:p>
    <w:p>
      <w:r>
        <w:t>In the dream, the tree spoke to them. Not in words. In frequencies that became words when they woke.</w:t>
      </w:r>
    </w:p>
    <w:p>
      <w:r>
        <w:t>"The old woman is patient. So am I. But my patience is not passive. It is growing. Every act of love, every choice not to fear, every refusal to feed the beast—that makes me stronger. One day, I will be strong enough to reach into her lair. And on that day, the marked ones will gather. Not to fight. To remember."</w:t>
      </w:r>
    </w:p>
    <w:p>
      <w:r>
        <w:t>The dreamers woke with tears on their faces. They did not always understand what they had seen. But they wrote it down, painted it, sang it. And those fragments—scattered across the earth, buried in libraries, hidden in the walls of old buildings—became the seeds of the remote viewers.</w:t>
      </w:r>
    </w:p>
    <w:p>
      <w:r>
        <w:t>Centuries later, a woman named Eira would find one of those fragments. She would not know it came from the tree. She would only know that it called to her, that it woke something in her blood, that it made her ask the question her teachers had forbidden:</w:t>
      </w:r>
    </w:p>
    <w:p>
      <w:pPr>
        <w:ind w:left="504" w:right="504"/>
      </w:pPr>
      <w:r>
        <w:t>"What if the mark is not a curse? What if it is a key?"</w:t>
      </w:r>
    </w:p>
    <w:p>
      <w:r>
        <w:t>And the old woman, watching from her distant lair, would feel the first tremor of fear she had felt since Cain looked at her without trembling.</w:t>
      </w:r>
    </w:p>
    <w:p>
      <w:pPr>
        <w:ind w:left="504" w:right="504"/>
      </w:pPr>
      <w:r>
        <w:t>"Not again," she whispered. "Not another one."</w:t>
      </w:r>
    </w:p>
    <w:p>
      <w:r>
        <w:t>But it was too late.</w:t>
      </w:r>
    </w:p>
    <w:p>
      <w:r>
        <w:t>The seed had already been planted.</w:t>
      </w:r>
    </w:p>
    <w:p>
      <w:r>
        <w:t>And seeds, once watered, cannot be unwatered.</w:t>
      </w:r>
    </w:p>
    <w:p>
      <w:r>
        <w:t>So ends the Book of Cain. Not with an ending—with a beginning. The city of Enoch is dust. The root sleeps beneath ruins no one remembers. The marked ones are scattered across the earth, carrying a mark they do not always see, a memory they do not always hear.</w:t>
      </w:r>
    </w:p>
    <w:p>
      <w:r>
        <w:t>But the promise remains. Passed from mother to child. From teacher to student. From dreamer to dreamer.</w:t>
      </w:r>
    </w:p>
    <w:p>
      <w:pPr>
        <w:ind w:left="504" w:right="504"/>
      </w:pPr>
      <w:r>
        <w:t>"I am not afraid. I choose love. The beast cannot eat what I do not feed."</w:t>
      </w:r>
    </w:p>
    <w:p>
      <w:r>
        <w:t>And somewhere, in a room beneath the Alps, a woman named Eira will open her eyes and see the mark for the first time.</w:t>
      </w:r>
    </w:p>
    <w:p>
      <w:r>
        <w:t>And the old woman will stop smiling.</w:t>
      </w:r>
    </w:p>
    <w:p>
      <w:r>
        <w:t>And the harvest will begin to fail.</w:t>
      </w:r>
    </w:p>
    <w:p>
      <w:pPr>
        <w:jc w:val="center"/>
      </w:pPr>
      <w:r>
        <w:rPr>
          <w:b/>
        </w:rPr>
        <w:t>END OF THE BOOK OF CAIN</w:t>
      </w:r>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Georgia" w:hAnsi="Georgia" w:eastAsia="Georgia"/>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eastAsia="Georgia"/>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eastAsia="Georgia"/>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eastAsia="Georgia"/>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eastAsia="Georgia"/>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