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RAIN FOREST SERIES BIBLE v1.0</w:t>
      </w:r>
    </w:p>
    <w:p>
      <w:pPr>
        <w:pStyle w:val="Heading1"/>
      </w:pPr>
      <w:r>
        <w:t>Series Structure</w:t>
      </w:r>
    </w:p>
    <w:p>
      <w:r>
        <w:t>Book 1: Rain Forest</w:t>
      </w:r>
    </w:p>
    <w:p>
      <w:r>
        <w:t>Book 2: Investigation, survivors, missing persons, stolen research, Richard legacy</w:t>
      </w:r>
    </w:p>
    <w:p>
      <w:r>
        <w:t>Book 3: Forest curse spreads beyond the Amazon</w:t>
      </w:r>
    </w:p>
    <w:p>
      <w:pPr>
        <w:pStyle w:val="Heading1"/>
      </w:pPr>
      <w:r>
        <w:t>Primary Characters</w:t>
      </w:r>
    </w:p>
    <w:p>
      <w:r>
        <w:t>Richard Dickenson</w:t>
      </w:r>
    </w:p>
    <w:p>
      <w:r>
        <w:t>Susan Dickenson</w:t>
      </w:r>
    </w:p>
    <w:p>
      <w:r>
        <w:t>Dainisa Dickenson</w:t>
      </w:r>
    </w:p>
    <w:p>
      <w:r>
        <w:t>Edward Pullins</w:t>
      </w:r>
    </w:p>
    <w:p>
      <w:r>
        <w:t>Pam Slaughter</w:t>
      </w:r>
    </w:p>
    <w:p>
      <w:r>
        <w:t>Klinton Westfield</w:t>
      </w:r>
    </w:p>
    <w:p>
      <w:r>
        <w:t>Julian Akbar</w:t>
      </w:r>
    </w:p>
    <w:p>
      <w:r>
        <w:t>Joe Geshy</w:t>
      </w:r>
    </w:p>
    <w:p>
      <w:r>
        <w:t>Nick Fusil</w:t>
      </w:r>
    </w:p>
    <w:p>
      <w:r>
        <w:t>Ron Rivera</w:t>
      </w:r>
    </w:p>
    <w:p>
      <w:r>
        <w:t>Gary Russy</w:t>
      </w:r>
    </w:p>
    <w:p>
      <w:r>
        <w:t>Kyser Finley</w:t>
      </w:r>
    </w:p>
    <w:p>
      <w:r>
        <w:t>Wesley Bryant</w:t>
      </w:r>
    </w:p>
    <w:p>
      <w:r>
        <w:t>Roy Beavers</w:t>
      </w:r>
    </w:p>
    <w:p>
      <w:pPr>
        <w:pStyle w:val="Heading1"/>
      </w:pPr>
      <w:r>
        <w:t>Geographic Canon</w:t>
      </w:r>
    </w:p>
    <w:p>
      <w:r>
        <w:t>Macapa, Brazil</w:t>
      </w:r>
    </w:p>
    <w:p>
      <w:r>
        <w:t>Amazon Basin</w:t>
      </w:r>
    </w:p>
    <w:p>
      <w:r>
        <w:t>Xingu River</w:t>
      </w:r>
    </w:p>
    <w:p>
      <w:r>
        <w:t>Origin coordinates: -1.559571, -52.240375</w:t>
      </w:r>
    </w:p>
    <w:p>
      <w:r>
        <w:t>Strategic logistics corridor references central Brazil</w:t>
      </w:r>
    </w:p>
    <w:p>
      <w:pPr>
        <w:pStyle w:val="Heading1"/>
      </w:pPr>
      <w:r>
        <w:t>Translation Priority</w:t>
      </w:r>
    </w:p>
    <w:p>
      <w:r>
        <w:t>Thai</w:t>
      </w:r>
    </w:p>
    <w:p>
      <w:r>
        <w:t>Japanese</w:t>
      </w:r>
    </w:p>
    <w:p>
      <w:r>
        <w:t>Korean</w:t>
      </w:r>
    </w:p>
    <w:p>
      <w:r>
        <w:t>Chinese Simplified</w:t>
      </w:r>
    </w:p>
    <w:p>
      <w:r>
        <w:t>Spanish</w:t>
      </w:r>
    </w:p>
    <w:p>
      <w:r>
        <w:t>Portuguese (Brazil)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